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2C07DC" w14:textId="70FC82BE" w:rsidR="00BC48F1" w:rsidRPr="00754082" w:rsidRDefault="00000000">
      <w:pPr>
        <w:spacing w:after="300"/>
        <w:jc w:val="center"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F04B23"/>
          <w:sz w:val="26"/>
        </w:rPr>
        <w:t>GÜNLÜK PLAN</w:t>
      </w:r>
    </w:p>
    <w:p w14:paraId="603646F5" w14:textId="4DEFB326" w:rsidR="00BC48F1" w:rsidRPr="00754082" w:rsidRDefault="00000000">
      <w:pPr>
        <w:tabs>
          <w:tab w:val="left" w:leader="hyphen" w:pos="4025"/>
        </w:tabs>
        <w:spacing w:after="80"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F04B23"/>
          <w:sz w:val="22"/>
        </w:rPr>
        <w:t>Okul Adı:</w:t>
      </w:r>
      <w:r w:rsidR="009C6F94" w:rsidRPr="00754082">
        <w:rPr>
          <w:rFonts w:asciiTheme="minorHAnsi" w:hAnsiTheme="minorHAnsi"/>
        </w:rPr>
        <w:t xml:space="preserve"> </w:t>
      </w:r>
    </w:p>
    <w:p w14:paraId="1D4CFC26" w14:textId="7FB894D0" w:rsidR="00BC48F1" w:rsidRPr="00754082" w:rsidRDefault="00000000">
      <w:pPr>
        <w:tabs>
          <w:tab w:val="left" w:leader="hyphen" w:pos="4025"/>
        </w:tabs>
        <w:spacing w:after="80"/>
        <w:rPr>
          <w:rFonts w:asciiTheme="minorHAnsi" w:hAnsiTheme="minorHAnsi"/>
        </w:rPr>
      </w:pPr>
      <w:proofErr w:type="spellStart"/>
      <w:r w:rsidRPr="00754082">
        <w:rPr>
          <w:rFonts w:asciiTheme="minorHAnsi" w:hAnsiTheme="minorHAnsi"/>
          <w:b/>
          <w:color w:val="F04B23"/>
          <w:sz w:val="22"/>
        </w:rPr>
        <w:t>Yaş</w:t>
      </w:r>
      <w:proofErr w:type="spellEnd"/>
      <w:r w:rsidRPr="00754082">
        <w:rPr>
          <w:rFonts w:asciiTheme="minorHAnsi" w:hAnsiTheme="minorHAnsi"/>
          <w:b/>
          <w:color w:val="F04B23"/>
          <w:sz w:val="22"/>
        </w:rPr>
        <w:t xml:space="preserve"> </w:t>
      </w:r>
      <w:proofErr w:type="spellStart"/>
      <w:r w:rsidRPr="00754082">
        <w:rPr>
          <w:rFonts w:asciiTheme="minorHAnsi" w:hAnsiTheme="minorHAnsi"/>
          <w:b/>
          <w:color w:val="F04B23"/>
          <w:sz w:val="22"/>
        </w:rPr>
        <w:t>Grubu</w:t>
      </w:r>
      <w:proofErr w:type="spellEnd"/>
      <w:r w:rsidRPr="00754082">
        <w:rPr>
          <w:rFonts w:asciiTheme="minorHAnsi" w:hAnsiTheme="minorHAnsi"/>
          <w:b/>
          <w:color w:val="F04B23"/>
          <w:sz w:val="22"/>
        </w:rPr>
        <w:t xml:space="preserve"> (AY):</w:t>
      </w:r>
    </w:p>
    <w:p w14:paraId="2D71FACC" w14:textId="6731F1DC" w:rsidR="00BC48F1" w:rsidRPr="00754082" w:rsidRDefault="00000000">
      <w:pPr>
        <w:tabs>
          <w:tab w:val="left" w:leader="hyphen" w:pos="4025"/>
        </w:tabs>
        <w:spacing w:after="80"/>
        <w:rPr>
          <w:rFonts w:asciiTheme="minorHAnsi" w:hAnsiTheme="minorHAnsi"/>
        </w:rPr>
      </w:pPr>
      <w:proofErr w:type="spellStart"/>
      <w:r w:rsidRPr="00754082">
        <w:rPr>
          <w:rFonts w:asciiTheme="minorHAnsi" w:hAnsiTheme="minorHAnsi"/>
          <w:b/>
          <w:color w:val="F04B23"/>
          <w:sz w:val="22"/>
        </w:rPr>
        <w:t>Öğretmenin</w:t>
      </w:r>
      <w:proofErr w:type="spellEnd"/>
      <w:r w:rsidRPr="00754082">
        <w:rPr>
          <w:rFonts w:asciiTheme="minorHAnsi" w:hAnsiTheme="minorHAnsi"/>
          <w:b/>
          <w:color w:val="F04B23"/>
          <w:sz w:val="22"/>
        </w:rPr>
        <w:t xml:space="preserve"> Adı:</w:t>
      </w:r>
    </w:p>
    <w:p w14:paraId="32B0086D" w14:textId="2032E42B" w:rsidR="009C6F94" w:rsidRDefault="00000000">
      <w:pPr>
        <w:keepNext/>
        <w:spacing w:before="200" w:after="40"/>
        <w:rPr>
          <w:rFonts w:asciiTheme="minorHAnsi" w:hAnsiTheme="minorHAnsi"/>
          <w:b/>
          <w:color w:val="F04B23"/>
          <w:sz w:val="22"/>
        </w:rPr>
      </w:pPr>
      <w:r w:rsidRPr="00754082">
        <w:rPr>
          <w:rFonts w:asciiTheme="minorHAnsi" w:hAnsiTheme="minorHAnsi"/>
          <w:b/>
          <w:color w:val="F04B23"/>
          <w:sz w:val="22"/>
        </w:rPr>
        <w:t>ALAN BECERİLERİ, ÖĞRENME ÇIKTILARI VE SÜREÇ BİLEŞENLERİ</w:t>
      </w:r>
      <w:r w:rsidR="009C6F94" w:rsidRPr="00754082">
        <w:rPr>
          <w:rFonts w:asciiTheme="minorHAnsi" w:hAnsiTheme="minorHAnsi"/>
          <w:b/>
          <w:color w:val="F04B23"/>
          <w:sz w:val="22"/>
        </w:rPr>
        <w:t>:</w:t>
      </w:r>
    </w:p>
    <w:p w14:paraId="42DBBEAA" w14:textId="77777777" w:rsidR="0071156C" w:rsidRPr="00754082" w:rsidRDefault="0071156C">
      <w:pPr>
        <w:keepNext/>
        <w:spacing w:before="200" w:after="40"/>
        <w:rPr>
          <w:rFonts w:asciiTheme="minorHAnsi" w:hAnsiTheme="minorHAnsi"/>
          <w:b/>
          <w:color w:val="F04B23"/>
          <w:sz w:val="22"/>
        </w:rPr>
      </w:pPr>
    </w:p>
    <w:p w14:paraId="69391A57" w14:textId="43254509" w:rsidR="00BC48F1" w:rsidRPr="00754082" w:rsidRDefault="00BC48F1">
      <w:pPr>
        <w:tabs>
          <w:tab w:val="left" w:leader="hyphen" w:pos="9071"/>
        </w:tabs>
        <w:spacing w:after="20" w:line="240" w:lineRule="exact"/>
        <w:rPr>
          <w:rFonts w:asciiTheme="minorHAnsi" w:hAnsiTheme="minorHAnsi"/>
        </w:rPr>
      </w:pPr>
    </w:p>
    <w:p w14:paraId="4061CA78" w14:textId="77777777" w:rsidR="009C6F94" w:rsidRPr="00754082" w:rsidRDefault="009C6F94">
      <w:pPr>
        <w:tabs>
          <w:tab w:val="left" w:leader="hyphen" w:pos="9071"/>
        </w:tabs>
        <w:spacing w:after="20" w:line="240" w:lineRule="exact"/>
        <w:rPr>
          <w:rFonts w:asciiTheme="minorHAnsi" w:hAnsiTheme="minorHAnsi"/>
        </w:rPr>
      </w:pPr>
    </w:p>
    <w:p w14:paraId="4EB465C7" w14:textId="5B3EDAB9" w:rsidR="00BC48F1" w:rsidRDefault="00000000">
      <w:pPr>
        <w:keepNext/>
        <w:spacing w:before="80" w:after="40"/>
        <w:rPr>
          <w:rFonts w:asciiTheme="minorHAnsi" w:hAnsiTheme="minorHAnsi"/>
          <w:b/>
          <w:color w:val="F04B23"/>
          <w:sz w:val="22"/>
        </w:rPr>
      </w:pPr>
      <w:r w:rsidRPr="00754082">
        <w:rPr>
          <w:rFonts w:asciiTheme="minorHAnsi" w:hAnsiTheme="minorHAnsi"/>
          <w:b/>
          <w:color w:val="F04B23"/>
          <w:sz w:val="22"/>
        </w:rPr>
        <w:t>EĞİLİMLER</w:t>
      </w:r>
      <w:r w:rsidR="009C6F94" w:rsidRPr="00754082">
        <w:rPr>
          <w:rFonts w:asciiTheme="minorHAnsi" w:hAnsiTheme="minorHAnsi"/>
          <w:b/>
          <w:color w:val="F04B23"/>
          <w:sz w:val="22"/>
        </w:rPr>
        <w:t xml:space="preserve">: </w:t>
      </w:r>
    </w:p>
    <w:p w14:paraId="2441537B" w14:textId="77777777" w:rsidR="0071156C" w:rsidRPr="00754082" w:rsidRDefault="0071156C">
      <w:pPr>
        <w:keepNext/>
        <w:spacing w:before="80" w:after="40"/>
        <w:rPr>
          <w:rFonts w:asciiTheme="minorHAnsi" w:hAnsiTheme="minorHAnsi"/>
        </w:rPr>
      </w:pPr>
    </w:p>
    <w:p w14:paraId="5666431B" w14:textId="18ECFD6B" w:rsidR="00BC48F1" w:rsidRPr="00754082" w:rsidRDefault="00BC48F1">
      <w:pPr>
        <w:tabs>
          <w:tab w:val="left" w:leader="hyphen" w:pos="9071"/>
        </w:tabs>
        <w:spacing w:after="20" w:line="240" w:lineRule="exact"/>
        <w:rPr>
          <w:rFonts w:asciiTheme="minorHAnsi" w:hAnsiTheme="minorHAnsi"/>
        </w:rPr>
      </w:pPr>
    </w:p>
    <w:p w14:paraId="05E086E7" w14:textId="77777777" w:rsidR="009C6F94" w:rsidRPr="00754082" w:rsidRDefault="009C6F94">
      <w:pPr>
        <w:tabs>
          <w:tab w:val="left" w:leader="hyphen" w:pos="9071"/>
        </w:tabs>
        <w:spacing w:after="20" w:line="240" w:lineRule="exact"/>
        <w:rPr>
          <w:rFonts w:asciiTheme="minorHAnsi" w:hAnsiTheme="minorHAnsi"/>
        </w:rPr>
      </w:pPr>
    </w:p>
    <w:p w14:paraId="53582530" w14:textId="657C1CB8" w:rsidR="0071156C" w:rsidRPr="0071156C" w:rsidRDefault="00000000">
      <w:pPr>
        <w:keepNext/>
        <w:spacing w:before="80" w:after="40"/>
        <w:rPr>
          <w:rFonts w:asciiTheme="minorHAnsi" w:hAnsiTheme="minorHAnsi"/>
          <w:b/>
          <w:color w:val="F04B23"/>
          <w:sz w:val="22"/>
        </w:rPr>
      </w:pPr>
      <w:r w:rsidRPr="00754082">
        <w:rPr>
          <w:rFonts w:asciiTheme="minorHAnsi" w:hAnsiTheme="minorHAnsi"/>
          <w:b/>
          <w:color w:val="F04B23"/>
          <w:sz w:val="22"/>
        </w:rPr>
        <w:t>PROGRAMLAR ARASI BİLEŞENLER</w:t>
      </w:r>
    </w:p>
    <w:p w14:paraId="43E62B0A" w14:textId="2B8E9EB8" w:rsidR="00BC48F1" w:rsidRPr="00754082" w:rsidRDefault="00000000">
      <w:pPr>
        <w:keepNext/>
        <w:rPr>
          <w:rFonts w:asciiTheme="minorHAnsi" w:hAnsiTheme="minorHAnsi"/>
        </w:rPr>
      </w:pPr>
      <w:proofErr w:type="spellStart"/>
      <w:r w:rsidRPr="00754082">
        <w:rPr>
          <w:rFonts w:asciiTheme="minorHAnsi" w:hAnsiTheme="minorHAnsi"/>
          <w:b/>
          <w:color w:val="27B995"/>
          <w:sz w:val="22"/>
        </w:rPr>
        <w:t>Sosyal-Duygusal</w:t>
      </w:r>
      <w:proofErr w:type="spellEnd"/>
      <w:r w:rsidRPr="00754082">
        <w:rPr>
          <w:rFonts w:asciiTheme="minorHAnsi" w:hAnsiTheme="minorHAnsi"/>
          <w:b/>
          <w:color w:val="27B995"/>
          <w:sz w:val="22"/>
        </w:rPr>
        <w:t xml:space="preserve"> </w:t>
      </w:r>
      <w:proofErr w:type="spellStart"/>
      <w:r w:rsidRPr="00754082">
        <w:rPr>
          <w:rFonts w:asciiTheme="minorHAnsi" w:hAnsiTheme="minorHAnsi"/>
          <w:b/>
          <w:color w:val="27B995"/>
          <w:sz w:val="22"/>
        </w:rPr>
        <w:t>Öğrenme</w:t>
      </w:r>
      <w:proofErr w:type="spellEnd"/>
      <w:r w:rsidRPr="00754082">
        <w:rPr>
          <w:rFonts w:asciiTheme="minorHAnsi" w:hAnsiTheme="minorHAnsi"/>
          <w:b/>
          <w:color w:val="27B995"/>
          <w:sz w:val="22"/>
        </w:rPr>
        <w:t xml:space="preserve"> </w:t>
      </w:r>
      <w:proofErr w:type="spellStart"/>
      <w:r w:rsidRPr="00754082">
        <w:rPr>
          <w:rFonts w:asciiTheme="minorHAnsi" w:hAnsiTheme="minorHAnsi"/>
          <w:b/>
          <w:color w:val="27B995"/>
          <w:sz w:val="22"/>
        </w:rPr>
        <w:t>Becerileri</w:t>
      </w:r>
      <w:proofErr w:type="spellEnd"/>
      <w:r w:rsidR="009C6F94" w:rsidRPr="00754082">
        <w:rPr>
          <w:rFonts w:asciiTheme="minorHAnsi" w:hAnsiTheme="minorHAnsi"/>
          <w:b/>
          <w:color w:val="27B995"/>
          <w:sz w:val="22"/>
        </w:rPr>
        <w:t>:</w:t>
      </w:r>
    </w:p>
    <w:p w14:paraId="6213765C" w14:textId="6DC3938F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4FB68518" w14:textId="77777777" w:rsidR="009C6F94" w:rsidRDefault="009C6F94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5EAA62FB" w14:textId="77777777" w:rsidR="0071156C" w:rsidRPr="00754082" w:rsidRDefault="0071156C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1FB0A408" w14:textId="196BCC64" w:rsidR="00BC48F1" w:rsidRPr="00754082" w:rsidRDefault="00000000">
      <w:pPr>
        <w:keepNext/>
        <w:spacing w:before="20"/>
        <w:rPr>
          <w:rFonts w:asciiTheme="minorHAnsi" w:hAnsiTheme="minorHAnsi"/>
        </w:rPr>
      </w:pPr>
      <w:proofErr w:type="spellStart"/>
      <w:r w:rsidRPr="00754082">
        <w:rPr>
          <w:rFonts w:asciiTheme="minorHAnsi" w:hAnsiTheme="minorHAnsi"/>
          <w:b/>
          <w:color w:val="27B995"/>
          <w:sz w:val="22"/>
        </w:rPr>
        <w:t>Değerler</w:t>
      </w:r>
      <w:proofErr w:type="spellEnd"/>
      <w:r w:rsidR="009C6F94" w:rsidRPr="00754082">
        <w:rPr>
          <w:rFonts w:asciiTheme="minorHAnsi" w:hAnsiTheme="minorHAnsi"/>
          <w:b/>
          <w:color w:val="27B995"/>
          <w:sz w:val="22"/>
        </w:rPr>
        <w:t>:</w:t>
      </w:r>
    </w:p>
    <w:p w14:paraId="26756EC0" w14:textId="0C0CB4EF" w:rsidR="00BC48F1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3858ABE4" w14:textId="77777777" w:rsidR="0071156C" w:rsidRPr="00754082" w:rsidRDefault="0071156C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506D37D2" w14:textId="77777777" w:rsidR="009C6F94" w:rsidRPr="00754082" w:rsidRDefault="009C6F94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022677FF" w14:textId="578CE01C" w:rsidR="00BC48F1" w:rsidRPr="00754082" w:rsidRDefault="00000000">
      <w:pPr>
        <w:keepNext/>
        <w:spacing w:before="20"/>
        <w:rPr>
          <w:rFonts w:asciiTheme="minorHAnsi" w:hAnsiTheme="minorHAnsi"/>
        </w:rPr>
      </w:pPr>
      <w:proofErr w:type="spellStart"/>
      <w:r w:rsidRPr="00754082">
        <w:rPr>
          <w:rFonts w:asciiTheme="minorHAnsi" w:hAnsiTheme="minorHAnsi"/>
          <w:b/>
          <w:color w:val="27B995"/>
          <w:sz w:val="22"/>
        </w:rPr>
        <w:t>Okuryazarlık</w:t>
      </w:r>
      <w:proofErr w:type="spellEnd"/>
      <w:r w:rsidRPr="00754082">
        <w:rPr>
          <w:rFonts w:asciiTheme="minorHAnsi" w:hAnsiTheme="minorHAnsi"/>
          <w:b/>
          <w:color w:val="27B995"/>
          <w:sz w:val="22"/>
        </w:rPr>
        <w:t xml:space="preserve"> </w:t>
      </w:r>
      <w:proofErr w:type="spellStart"/>
      <w:r w:rsidRPr="00754082">
        <w:rPr>
          <w:rFonts w:asciiTheme="minorHAnsi" w:hAnsiTheme="minorHAnsi"/>
          <w:b/>
          <w:color w:val="27B995"/>
          <w:sz w:val="22"/>
        </w:rPr>
        <w:t>Becerileri</w:t>
      </w:r>
      <w:proofErr w:type="spellEnd"/>
      <w:r w:rsidR="009C6F94" w:rsidRPr="00754082">
        <w:rPr>
          <w:rFonts w:asciiTheme="minorHAnsi" w:hAnsiTheme="minorHAnsi"/>
          <w:b/>
          <w:color w:val="27B995"/>
          <w:sz w:val="22"/>
        </w:rPr>
        <w:t>:</w:t>
      </w:r>
    </w:p>
    <w:p w14:paraId="6A94189F" w14:textId="0A3AB300" w:rsidR="00BC48F1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3185637D" w14:textId="77777777" w:rsidR="0071156C" w:rsidRPr="00754082" w:rsidRDefault="0071156C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3F012FAC" w14:textId="77777777" w:rsidR="009C6F94" w:rsidRPr="00754082" w:rsidRDefault="009C6F94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4E817676" w14:textId="77777777" w:rsidR="00BC48F1" w:rsidRPr="00754082" w:rsidRDefault="00000000">
      <w:pPr>
        <w:keepNext/>
        <w:spacing w:before="20"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F04B23"/>
          <w:sz w:val="22"/>
        </w:rPr>
        <w:t>Kavramlar:</w:t>
      </w:r>
    </w:p>
    <w:p w14:paraId="57AA5985" w14:textId="527E6C76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3D391630" w14:textId="77777777" w:rsidR="00BC48F1" w:rsidRPr="00754082" w:rsidRDefault="00000000">
      <w:pPr>
        <w:keepNext/>
        <w:spacing w:before="20"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F04B23"/>
          <w:sz w:val="22"/>
        </w:rPr>
        <w:t>Sözcükler:</w:t>
      </w:r>
    </w:p>
    <w:p w14:paraId="5215053B" w14:textId="5713BFFC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0B768174" w14:textId="77777777" w:rsidR="00BC48F1" w:rsidRPr="00754082" w:rsidRDefault="00000000">
      <w:pPr>
        <w:keepNext/>
        <w:spacing w:before="20"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F04B23"/>
          <w:sz w:val="22"/>
        </w:rPr>
        <w:t>Materyaller:</w:t>
      </w:r>
    </w:p>
    <w:p w14:paraId="5C50EA86" w14:textId="2BB90D93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2741F70A" w14:textId="77777777" w:rsidR="00BC48F1" w:rsidRDefault="00000000">
      <w:pPr>
        <w:keepNext/>
        <w:spacing w:before="20"/>
        <w:rPr>
          <w:rFonts w:asciiTheme="minorHAnsi" w:hAnsiTheme="minorHAnsi"/>
          <w:b/>
          <w:color w:val="F04B23"/>
          <w:sz w:val="22"/>
        </w:rPr>
      </w:pPr>
      <w:proofErr w:type="spellStart"/>
      <w:r w:rsidRPr="00754082">
        <w:rPr>
          <w:rFonts w:asciiTheme="minorHAnsi" w:hAnsiTheme="minorHAnsi"/>
          <w:b/>
          <w:color w:val="F04B23"/>
          <w:sz w:val="22"/>
        </w:rPr>
        <w:t>Eğitim</w:t>
      </w:r>
      <w:proofErr w:type="spellEnd"/>
      <w:r w:rsidRPr="00754082">
        <w:rPr>
          <w:rFonts w:asciiTheme="minorHAnsi" w:hAnsiTheme="minorHAnsi"/>
          <w:b/>
          <w:color w:val="F04B23"/>
          <w:sz w:val="22"/>
        </w:rPr>
        <w:t xml:space="preserve"> / </w:t>
      </w:r>
      <w:proofErr w:type="spellStart"/>
      <w:r w:rsidRPr="00754082">
        <w:rPr>
          <w:rFonts w:asciiTheme="minorHAnsi" w:hAnsiTheme="minorHAnsi"/>
          <w:b/>
          <w:color w:val="F04B23"/>
          <w:sz w:val="22"/>
        </w:rPr>
        <w:t>Öğrenme</w:t>
      </w:r>
      <w:proofErr w:type="spellEnd"/>
      <w:r w:rsidRPr="00754082">
        <w:rPr>
          <w:rFonts w:asciiTheme="minorHAnsi" w:hAnsiTheme="minorHAnsi"/>
          <w:b/>
          <w:color w:val="F04B23"/>
          <w:sz w:val="22"/>
        </w:rPr>
        <w:t xml:space="preserve"> </w:t>
      </w:r>
      <w:proofErr w:type="spellStart"/>
      <w:r w:rsidRPr="00754082">
        <w:rPr>
          <w:rFonts w:asciiTheme="minorHAnsi" w:hAnsiTheme="minorHAnsi"/>
          <w:b/>
          <w:color w:val="F04B23"/>
          <w:sz w:val="22"/>
        </w:rPr>
        <w:t>Ortamları</w:t>
      </w:r>
      <w:proofErr w:type="spellEnd"/>
      <w:r w:rsidRPr="00754082">
        <w:rPr>
          <w:rFonts w:asciiTheme="minorHAnsi" w:hAnsiTheme="minorHAnsi"/>
          <w:b/>
          <w:color w:val="F04B23"/>
          <w:sz w:val="22"/>
        </w:rPr>
        <w:t>:</w:t>
      </w:r>
    </w:p>
    <w:p w14:paraId="4028B7DA" w14:textId="77777777" w:rsidR="0071156C" w:rsidRPr="00754082" w:rsidRDefault="0071156C">
      <w:pPr>
        <w:keepNext/>
        <w:spacing w:before="20"/>
        <w:rPr>
          <w:rFonts w:asciiTheme="minorHAnsi" w:hAnsiTheme="minorHAnsi"/>
        </w:rPr>
      </w:pPr>
    </w:p>
    <w:p w14:paraId="28AF04BD" w14:textId="754A90DF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5D5592C9" w14:textId="77777777" w:rsidR="00BC48F1" w:rsidRPr="00754082" w:rsidRDefault="00000000">
      <w:pPr>
        <w:keepNext/>
        <w:spacing w:before="40" w:after="40"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F04B23"/>
          <w:sz w:val="22"/>
        </w:rPr>
        <w:t>ÖĞRENME-ÖĞRETME UYGULAMALARI</w:t>
      </w:r>
    </w:p>
    <w:p w14:paraId="36ED17D7" w14:textId="77777777" w:rsidR="00BC48F1" w:rsidRPr="00754082" w:rsidRDefault="00000000">
      <w:pPr>
        <w:keepNext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27B995"/>
          <w:sz w:val="22"/>
        </w:rPr>
        <w:t>Güne Başlama Zamanı</w:t>
      </w:r>
    </w:p>
    <w:p w14:paraId="3D75F690" w14:textId="77777777" w:rsidR="00BC48F1" w:rsidRPr="00754082" w:rsidRDefault="00BC48F1" w:rsidP="009C6F94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77160F77" w14:textId="77777777" w:rsidR="009C6F94" w:rsidRPr="00754082" w:rsidRDefault="009C6F94" w:rsidP="009C6F94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59D5E2AC" w14:textId="648EB025" w:rsidR="009C6F94" w:rsidRPr="00754082" w:rsidRDefault="009C6F94" w:rsidP="009C6F94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  <w:sectPr w:rsidR="009C6F94" w:rsidRPr="00754082">
          <w:footerReference w:type="default" r:id="rId8"/>
          <w:pgSz w:w="11906" w:h="16838"/>
          <w:pgMar w:top="879" w:right="1417" w:bottom="680" w:left="1417" w:header="720" w:footer="255" w:gutter="0"/>
          <w:cols w:space="720"/>
          <w:docGrid w:linePitch="360"/>
        </w:sectPr>
      </w:pPr>
    </w:p>
    <w:p w14:paraId="7D65B79F" w14:textId="4729DB67" w:rsidR="00BC48F1" w:rsidRDefault="00000000">
      <w:pPr>
        <w:keepNext/>
        <w:rPr>
          <w:rFonts w:asciiTheme="minorHAnsi" w:hAnsiTheme="minorHAnsi"/>
          <w:b/>
          <w:color w:val="27B995"/>
          <w:sz w:val="22"/>
        </w:rPr>
      </w:pPr>
      <w:proofErr w:type="spellStart"/>
      <w:r w:rsidRPr="00754082">
        <w:rPr>
          <w:rFonts w:asciiTheme="minorHAnsi" w:hAnsiTheme="minorHAnsi"/>
          <w:b/>
          <w:color w:val="27B995"/>
          <w:sz w:val="22"/>
        </w:rPr>
        <w:lastRenderedPageBreak/>
        <w:t>Öğrenme</w:t>
      </w:r>
      <w:proofErr w:type="spellEnd"/>
      <w:r w:rsidRPr="00754082">
        <w:rPr>
          <w:rFonts w:asciiTheme="minorHAnsi" w:hAnsiTheme="minorHAnsi"/>
          <w:b/>
          <w:color w:val="27B995"/>
          <w:sz w:val="22"/>
        </w:rPr>
        <w:t xml:space="preserve"> </w:t>
      </w:r>
      <w:proofErr w:type="spellStart"/>
      <w:r w:rsidRPr="00754082">
        <w:rPr>
          <w:rFonts w:asciiTheme="minorHAnsi" w:hAnsiTheme="minorHAnsi"/>
          <w:b/>
          <w:color w:val="27B995"/>
          <w:sz w:val="22"/>
        </w:rPr>
        <w:t>Merkezlerinde</w:t>
      </w:r>
      <w:proofErr w:type="spellEnd"/>
      <w:r w:rsidRPr="00754082">
        <w:rPr>
          <w:rFonts w:asciiTheme="minorHAnsi" w:hAnsiTheme="minorHAnsi"/>
          <w:b/>
          <w:color w:val="27B995"/>
          <w:sz w:val="22"/>
        </w:rPr>
        <w:t xml:space="preserve"> Oyun</w:t>
      </w:r>
      <w:r w:rsidR="009B7B50">
        <w:rPr>
          <w:rFonts w:asciiTheme="minorHAnsi" w:hAnsiTheme="minorHAnsi"/>
          <w:b/>
          <w:color w:val="27B995"/>
          <w:sz w:val="22"/>
        </w:rPr>
        <w:t xml:space="preserve"> (</w:t>
      </w:r>
      <w:proofErr w:type="spellStart"/>
      <w:r w:rsidR="009B7B50">
        <w:rPr>
          <w:rFonts w:asciiTheme="minorHAnsi" w:hAnsiTheme="minorHAnsi"/>
          <w:b/>
          <w:color w:val="27B995"/>
          <w:sz w:val="22"/>
        </w:rPr>
        <w:t>Oluşturulan</w:t>
      </w:r>
      <w:proofErr w:type="spellEnd"/>
      <w:r w:rsidR="009B7B50">
        <w:rPr>
          <w:rFonts w:asciiTheme="minorHAnsi" w:hAnsiTheme="minorHAnsi"/>
          <w:b/>
          <w:color w:val="27B995"/>
          <w:sz w:val="22"/>
        </w:rPr>
        <w:t xml:space="preserve"> </w:t>
      </w:r>
      <w:proofErr w:type="spellStart"/>
      <w:r w:rsidR="00D25F24">
        <w:rPr>
          <w:rFonts w:asciiTheme="minorHAnsi" w:hAnsiTheme="minorHAnsi"/>
          <w:b/>
          <w:color w:val="27B995"/>
          <w:sz w:val="22"/>
        </w:rPr>
        <w:t>m</w:t>
      </w:r>
      <w:r w:rsidR="009B7B50">
        <w:rPr>
          <w:rFonts w:asciiTheme="minorHAnsi" w:hAnsiTheme="minorHAnsi"/>
          <w:b/>
          <w:color w:val="27B995"/>
          <w:sz w:val="22"/>
        </w:rPr>
        <w:t>erkez</w:t>
      </w:r>
      <w:proofErr w:type="spellEnd"/>
      <w:r w:rsidR="009B7B50">
        <w:rPr>
          <w:rFonts w:asciiTheme="minorHAnsi" w:hAnsiTheme="minorHAnsi"/>
          <w:b/>
          <w:color w:val="27B995"/>
          <w:sz w:val="22"/>
        </w:rPr>
        <w:t xml:space="preserve"> </w:t>
      </w:r>
      <w:proofErr w:type="spellStart"/>
      <w:r w:rsidR="009B7B50">
        <w:rPr>
          <w:rFonts w:asciiTheme="minorHAnsi" w:hAnsiTheme="minorHAnsi"/>
          <w:b/>
          <w:color w:val="27B995"/>
          <w:sz w:val="22"/>
        </w:rPr>
        <w:t>ve</w:t>
      </w:r>
      <w:proofErr w:type="spellEnd"/>
      <w:r w:rsidR="009B7B50">
        <w:rPr>
          <w:rFonts w:asciiTheme="minorHAnsi" w:hAnsiTheme="minorHAnsi"/>
          <w:b/>
          <w:color w:val="27B995"/>
          <w:sz w:val="22"/>
        </w:rPr>
        <w:t xml:space="preserve"> </w:t>
      </w:r>
      <w:proofErr w:type="spellStart"/>
      <w:r w:rsidR="009B7B50">
        <w:rPr>
          <w:rFonts w:asciiTheme="minorHAnsi" w:hAnsiTheme="minorHAnsi"/>
          <w:b/>
          <w:color w:val="27B995"/>
          <w:sz w:val="22"/>
        </w:rPr>
        <w:t>materyallere</w:t>
      </w:r>
      <w:proofErr w:type="spellEnd"/>
      <w:r w:rsidR="009B7B50">
        <w:rPr>
          <w:rFonts w:asciiTheme="minorHAnsi" w:hAnsiTheme="minorHAnsi"/>
          <w:b/>
          <w:color w:val="27B995"/>
          <w:sz w:val="22"/>
        </w:rPr>
        <w:t xml:space="preserve"> </w:t>
      </w:r>
      <w:proofErr w:type="spellStart"/>
      <w:r w:rsidR="009B7B50">
        <w:rPr>
          <w:rFonts w:asciiTheme="minorHAnsi" w:hAnsiTheme="minorHAnsi"/>
          <w:b/>
          <w:color w:val="27B995"/>
          <w:sz w:val="22"/>
        </w:rPr>
        <w:t>ilişkin</w:t>
      </w:r>
      <w:proofErr w:type="spellEnd"/>
      <w:r w:rsidR="009B7B50">
        <w:rPr>
          <w:rFonts w:asciiTheme="minorHAnsi" w:hAnsiTheme="minorHAnsi"/>
          <w:b/>
          <w:color w:val="27B995"/>
          <w:sz w:val="22"/>
        </w:rPr>
        <w:t xml:space="preserve"> </w:t>
      </w:r>
      <w:proofErr w:type="spellStart"/>
      <w:r w:rsidR="009B7B50">
        <w:rPr>
          <w:rFonts w:asciiTheme="minorHAnsi" w:hAnsiTheme="minorHAnsi"/>
          <w:b/>
          <w:color w:val="27B995"/>
          <w:sz w:val="22"/>
        </w:rPr>
        <w:t>açıklam</w:t>
      </w:r>
      <w:r w:rsidR="002618B4">
        <w:rPr>
          <w:rFonts w:asciiTheme="minorHAnsi" w:hAnsiTheme="minorHAnsi"/>
          <w:b/>
          <w:color w:val="27B995"/>
          <w:sz w:val="22"/>
        </w:rPr>
        <w:t>a</w:t>
      </w:r>
      <w:r w:rsidR="009B7B50">
        <w:rPr>
          <w:rFonts w:asciiTheme="minorHAnsi" w:hAnsiTheme="minorHAnsi"/>
          <w:b/>
          <w:color w:val="27B995"/>
          <w:sz w:val="22"/>
        </w:rPr>
        <w:t>lar</w:t>
      </w:r>
      <w:proofErr w:type="spellEnd"/>
      <w:r w:rsidR="009B7B50">
        <w:rPr>
          <w:rFonts w:asciiTheme="minorHAnsi" w:hAnsiTheme="minorHAnsi"/>
          <w:b/>
          <w:color w:val="27B995"/>
          <w:sz w:val="22"/>
        </w:rPr>
        <w:t>)</w:t>
      </w:r>
      <w:r w:rsidR="001D1CAE">
        <w:rPr>
          <w:rFonts w:asciiTheme="minorHAnsi" w:hAnsiTheme="minorHAnsi"/>
          <w:b/>
          <w:color w:val="27B995"/>
          <w:sz w:val="22"/>
        </w:rPr>
        <w:t>:</w:t>
      </w:r>
    </w:p>
    <w:p w14:paraId="0176AAAB" w14:textId="77777777" w:rsidR="001D1CAE" w:rsidRDefault="001D1CAE">
      <w:pPr>
        <w:keepNext/>
        <w:rPr>
          <w:rFonts w:asciiTheme="minorHAnsi" w:hAnsiTheme="minorHAnsi"/>
          <w:b/>
          <w:color w:val="27B995"/>
          <w:sz w:val="22"/>
        </w:rPr>
      </w:pPr>
    </w:p>
    <w:p w14:paraId="2EC36818" w14:textId="77777777" w:rsidR="001D1CAE" w:rsidRDefault="001D1CAE">
      <w:pPr>
        <w:keepNext/>
        <w:rPr>
          <w:rFonts w:asciiTheme="minorHAnsi" w:hAnsiTheme="minorHAnsi"/>
          <w:b/>
          <w:color w:val="27B995"/>
          <w:sz w:val="22"/>
        </w:rPr>
      </w:pPr>
    </w:p>
    <w:p w14:paraId="3DB97B28" w14:textId="77777777" w:rsidR="001D1CAE" w:rsidRDefault="001D1CAE">
      <w:pPr>
        <w:keepNext/>
        <w:rPr>
          <w:rFonts w:asciiTheme="minorHAnsi" w:hAnsiTheme="minorHAnsi"/>
          <w:b/>
          <w:color w:val="27B995"/>
          <w:sz w:val="22"/>
        </w:rPr>
      </w:pPr>
    </w:p>
    <w:p w14:paraId="180AD882" w14:textId="7F6BBC89" w:rsidR="001D1CAE" w:rsidRDefault="001D1CAE">
      <w:pPr>
        <w:keepNext/>
        <w:rPr>
          <w:rFonts w:asciiTheme="minorHAnsi" w:hAnsiTheme="minorHAnsi"/>
          <w:b/>
          <w:color w:val="27B995"/>
          <w:sz w:val="22"/>
        </w:rPr>
      </w:pPr>
      <w:r>
        <w:rPr>
          <w:rFonts w:asciiTheme="minorHAnsi" w:hAnsiTheme="minorHAnsi"/>
          <w:b/>
          <w:color w:val="27B995"/>
          <w:sz w:val="22"/>
        </w:rPr>
        <w:t>Açık Alanda Oyun:</w:t>
      </w:r>
    </w:p>
    <w:p w14:paraId="20AF541A" w14:textId="77777777" w:rsidR="0071156C" w:rsidRPr="00754082" w:rsidRDefault="0071156C">
      <w:pPr>
        <w:keepNext/>
        <w:rPr>
          <w:rFonts w:asciiTheme="minorHAnsi" w:hAnsiTheme="minorHAnsi"/>
        </w:rPr>
      </w:pPr>
    </w:p>
    <w:p w14:paraId="4242587B" w14:textId="35237C5D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06493AFB" w14:textId="7A33ED4C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42686FEC" w14:textId="77777777" w:rsidR="00BC48F1" w:rsidRDefault="00000000">
      <w:pPr>
        <w:keepNext/>
        <w:spacing w:before="20"/>
        <w:rPr>
          <w:rFonts w:asciiTheme="minorHAnsi" w:hAnsiTheme="minorHAnsi"/>
          <w:b/>
          <w:color w:val="27B995"/>
          <w:sz w:val="22"/>
        </w:rPr>
      </w:pPr>
      <w:proofErr w:type="spellStart"/>
      <w:r w:rsidRPr="00754082">
        <w:rPr>
          <w:rFonts w:asciiTheme="minorHAnsi" w:hAnsiTheme="minorHAnsi"/>
          <w:b/>
          <w:color w:val="27B995"/>
          <w:sz w:val="22"/>
        </w:rPr>
        <w:t>Beslenme</w:t>
      </w:r>
      <w:proofErr w:type="spellEnd"/>
      <w:r w:rsidRPr="00754082">
        <w:rPr>
          <w:rFonts w:asciiTheme="minorHAnsi" w:hAnsiTheme="minorHAnsi"/>
          <w:b/>
          <w:color w:val="27B995"/>
          <w:sz w:val="22"/>
        </w:rPr>
        <w:t xml:space="preserve">, </w:t>
      </w:r>
      <w:proofErr w:type="spellStart"/>
      <w:r w:rsidRPr="00754082">
        <w:rPr>
          <w:rFonts w:asciiTheme="minorHAnsi" w:hAnsiTheme="minorHAnsi"/>
          <w:b/>
          <w:color w:val="27B995"/>
          <w:sz w:val="22"/>
        </w:rPr>
        <w:t>Toplanma</w:t>
      </w:r>
      <w:proofErr w:type="spellEnd"/>
      <w:r w:rsidRPr="00754082">
        <w:rPr>
          <w:rFonts w:asciiTheme="minorHAnsi" w:hAnsiTheme="minorHAnsi"/>
          <w:b/>
          <w:color w:val="27B995"/>
          <w:sz w:val="22"/>
        </w:rPr>
        <w:t xml:space="preserve"> </w:t>
      </w:r>
      <w:proofErr w:type="spellStart"/>
      <w:r w:rsidRPr="00754082">
        <w:rPr>
          <w:rFonts w:asciiTheme="minorHAnsi" w:hAnsiTheme="minorHAnsi"/>
          <w:b/>
          <w:color w:val="27B995"/>
          <w:sz w:val="22"/>
        </w:rPr>
        <w:t>ve</w:t>
      </w:r>
      <w:proofErr w:type="spellEnd"/>
      <w:r w:rsidRPr="00754082">
        <w:rPr>
          <w:rFonts w:asciiTheme="minorHAnsi" w:hAnsiTheme="minorHAnsi"/>
          <w:b/>
          <w:color w:val="27B995"/>
          <w:sz w:val="22"/>
        </w:rPr>
        <w:t xml:space="preserve"> </w:t>
      </w:r>
      <w:proofErr w:type="spellStart"/>
      <w:r w:rsidRPr="00754082">
        <w:rPr>
          <w:rFonts w:asciiTheme="minorHAnsi" w:hAnsiTheme="minorHAnsi"/>
          <w:b/>
          <w:color w:val="27B995"/>
          <w:sz w:val="22"/>
        </w:rPr>
        <w:t>Temizlik</w:t>
      </w:r>
      <w:proofErr w:type="spellEnd"/>
    </w:p>
    <w:p w14:paraId="31990BB0" w14:textId="77777777" w:rsidR="0071156C" w:rsidRPr="00754082" w:rsidRDefault="0071156C">
      <w:pPr>
        <w:keepNext/>
        <w:spacing w:before="20"/>
        <w:rPr>
          <w:rFonts w:asciiTheme="minorHAnsi" w:hAnsiTheme="minorHAnsi"/>
        </w:rPr>
      </w:pPr>
    </w:p>
    <w:p w14:paraId="3B9A882D" w14:textId="5B6380B6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3266FF37" w14:textId="2D66CA16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5"/>
        <w:gridCol w:w="8504"/>
      </w:tblGrid>
      <w:tr w:rsidR="00BC48F1" w:rsidRPr="00754082" w14:paraId="0705A9E8" w14:textId="77777777">
        <w:trPr>
          <w:trHeight w:val="4200"/>
          <w:jc w:val="center"/>
        </w:trPr>
        <w:tc>
          <w:tcPr>
            <w:tcW w:w="595" w:type="dxa"/>
            <w:tcBorders>
              <w:top w:val="single" w:sz="10" w:space="0" w:color="A6A6A6"/>
              <w:left w:val="single" w:sz="10" w:space="0" w:color="A6A6A6"/>
              <w:bottom w:val="single" w:sz="10" w:space="0" w:color="A6A6A6"/>
              <w:right w:val="single" w:sz="10" w:space="0" w:color="A6A6A6"/>
            </w:tcBorders>
            <w:shd w:val="clear" w:color="auto" w:fill="F4DED5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459A4CB" w14:textId="77777777" w:rsidR="00BC48F1" w:rsidRPr="00754082" w:rsidRDefault="00000000">
            <w:pPr>
              <w:jc w:val="center"/>
              <w:rPr>
                <w:rFonts w:asciiTheme="minorHAnsi" w:hAnsiTheme="minorHAnsi"/>
              </w:rPr>
            </w:pPr>
            <w:r w:rsidRPr="00754082">
              <w:rPr>
                <w:rFonts w:asciiTheme="minorHAnsi" w:hAnsiTheme="minorHAnsi"/>
                <w:b/>
                <w:color w:val="F04B23"/>
                <w:sz w:val="20"/>
              </w:rPr>
              <w:t>ETKİNLİKLER</w:t>
            </w:r>
          </w:p>
        </w:tc>
        <w:tc>
          <w:tcPr>
            <w:tcW w:w="8504" w:type="dxa"/>
            <w:tcBorders>
              <w:top w:val="single" w:sz="10" w:space="0" w:color="A6A6A6"/>
              <w:left w:val="single" w:sz="10" w:space="0" w:color="A6A6A6"/>
              <w:bottom w:val="single" w:sz="10" w:space="0" w:color="A6A6A6"/>
              <w:right w:val="single" w:sz="10" w:space="0" w:color="A6A6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DF0B2D" w14:textId="77777777" w:rsidR="00BC48F1" w:rsidRDefault="00BC48F1">
            <w:pPr>
              <w:rPr>
                <w:rFonts w:asciiTheme="minorHAnsi" w:hAnsiTheme="minorHAnsi"/>
              </w:rPr>
            </w:pPr>
          </w:p>
          <w:p w14:paraId="26B0E443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6B9943B8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1BC6F2FE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4295B9FE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63137158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471A78AE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2348B1D9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2228103F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15852EA0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76357F63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240E4B83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146B9D32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0FDAAF3C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2307ED60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2CD0E309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4ADB9118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7156D8A9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6968B101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7CEC502F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274BC82A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48F0E033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37F9DFB9" w14:textId="77777777" w:rsidR="001A4DC4" w:rsidRDefault="001A4DC4">
            <w:pPr>
              <w:rPr>
                <w:rFonts w:asciiTheme="minorHAnsi" w:hAnsiTheme="minorHAnsi"/>
              </w:rPr>
            </w:pPr>
          </w:p>
          <w:p w14:paraId="6E13C1FB" w14:textId="4228E39E" w:rsidR="001A4DC4" w:rsidRPr="00754082" w:rsidRDefault="001A4DC4">
            <w:pPr>
              <w:rPr>
                <w:rFonts w:asciiTheme="minorHAnsi" w:hAnsiTheme="minorHAnsi"/>
              </w:rPr>
            </w:pPr>
          </w:p>
        </w:tc>
      </w:tr>
    </w:tbl>
    <w:p w14:paraId="7F53D629" w14:textId="77777777" w:rsidR="00BC48F1" w:rsidRPr="00754082" w:rsidRDefault="00000000">
      <w:pPr>
        <w:keepNext/>
        <w:spacing w:before="100" w:after="40"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F04B23"/>
          <w:sz w:val="22"/>
        </w:rPr>
        <w:t>FARKLILAŞTIRMA</w:t>
      </w:r>
    </w:p>
    <w:p w14:paraId="4E4BDB87" w14:textId="77777777" w:rsidR="00BC48F1" w:rsidRPr="00754082" w:rsidRDefault="00000000">
      <w:pPr>
        <w:keepNext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27B995"/>
          <w:sz w:val="22"/>
        </w:rPr>
        <w:t>Zenginleştirme:</w:t>
      </w:r>
    </w:p>
    <w:p w14:paraId="4F31B4D1" w14:textId="1A144D16" w:rsidR="00BC48F1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22836023" w14:textId="77777777" w:rsidR="0071156C" w:rsidRPr="00754082" w:rsidRDefault="0071156C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40F2898C" w14:textId="17DE0D60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33938E9C" w14:textId="77777777" w:rsidR="00BC48F1" w:rsidRPr="00754082" w:rsidRDefault="00000000">
      <w:pPr>
        <w:keepNext/>
        <w:spacing w:before="20"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27B995"/>
          <w:sz w:val="22"/>
        </w:rPr>
        <w:t>Destekleme:</w:t>
      </w:r>
    </w:p>
    <w:p w14:paraId="3ED2CCD7" w14:textId="3CB3E12F" w:rsidR="00BC48F1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522123B5" w14:textId="77777777" w:rsidR="0071156C" w:rsidRDefault="0071156C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550978E3" w14:textId="77777777" w:rsidR="0071156C" w:rsidRPr="00754082" w:rsidRDefault="0071156C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38092999" w14:textId="51501407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528DB616" w14:textId="77777777" w:rsidR="00BC48F1" w:rsidRPr="00754082" w:rsidRDefault="00000000">
      <w:pPr>
        <w:keepNext/>
        <w:spacing w:before="40"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F04B23"/>
          <w:sz w:val="22"/>
        </w:rPr>
        <w:t>GÜNÜ DEĞERLENDİRME</w:t>
      </w:r>
    </w:p>
    <w:p w14:paraId="218F4C3A" w14:textId="608E332E" w:rsidR="00BC48F1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70E21649" w14:textId="60D2C9B1" w:rsidR="00B4765C" w:rsidRDefault="00B4765C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  <w:proofErr w:type="spellStart"/>
      <w:r w:rsidRPr="00B4765C">
        <w:rPr>
          <w:rFonts w:asciiTheme="minorHAnsi" w:hAnsiTheme="minorHAnsi"/>
        </w:rPr>
        <w:t>Ç</w:t>
      </w:r>
      <w:r w:rsidRPr="00B4765C">
        <w:rPr>
          <w:rFonts w:asciiTheme="minorHAnsi" w:hAnsiTheme="minorHAnsi"/>
        </w:rPr>
        <w:t>ocuk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açısından</w:t>
      </w:r>
      <w:proofErr w:type="spellEnd"/>
      <w:r>
        <w:rPr>
          <w:rFonts w:asciiTheme="minorHAnsi" w:hAnsiTheme="minorHAnsi"/>
        </w:rPr>
        <w:t>:</w:t>
      </w:r>
    </w:p>
    <w:p w14:paraId="3C9A8982" w14:textId="5C32FC50" w:rsidR="00B4765C" w:rsidRDefault="00B4765C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  <w:r w:rsidRPr="00B4765C">
        <w:rPr>
          <w:rFonts w:asciiTheme="minorHAnsi" w:hAnsiTheme="minorHAnsi"/>
        </w:rPr>
        <w:t>P</w:t>
      </w:r>
      <w:r w:rsidRPr="00B4765C">
        <w:rPr>
          <w:rFonts w:asciiTheme="minorHAnsi" w:hAnsiTheme="minorHAnsi"/>
        </w:rPr>
        <w:t>rogram</w:t>
      </w:r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açısından</w:t>
      </w:r>
      <w:proofErr w:type="spellEnd"/>
      <w:r>
        <w:rPr>
          <w:rFonts w:asciiTheme="minorHAnsi" w:hAnsiTheme="minorHAnsi"/>
        </w:rPr>
        <w:t xml:space="preserve">: </w:t>
      </w:r>
    </w:p>
    <w:p w14:paraId="3159ECF6" w14:textId="2B065FFB" w:rsidR="00B4765C" w:rsidRDefault="00B4765C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  <w:proofErr w:type="spellStart"/>
      <w:r w:rsidRPr="00B4765C">
        <w:rPr>
          <w:rFonts w:asciiTheme="minorHAnsi" w:hAnsiTheme="minorHAnsi"/>
        </w:rPr>
        <w:t>Ö</w:t>
      </w:r>
      <w:r w:rsidRPr="00B4765C">
        <w:rPr>
          <w:rFonts w:asciiTheme="minorHAnsi" w:hAnsiTheme="minorHAnsi"/>
        </w:rPr>
        <w:t>ğretmen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açısından</w:t>
      </w:r>
      <w:proofErr w:type="spellEnd"/>
      <w:r>
        <w:rPr>
          <w:rFonts w:asciiTheme="minorHAnsi" w:hAnsiTheme="minorHAnsi"/>
        </w:rPr>
        <w:t xml:space="preserve">: </w:t>
      </w:r>
    </w:p>
    <w:p w14:paraId="3DC655B8" w14:textId="77777777" w:rsidR="0071156C" w:rsidRDefault="0071156C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508BED6D" w14:textId="77777777" w:rsidR="0071156C" w:rsidRPr="00754082" w:rsidRDefault="0071156C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781E63DD" w14:textId="77777777" w:rsidR="00BC48F1" w:rsidRPr="00754082" w:rsidRDefault="00000000">
      <w:pPr>
        <w:keepNext/>
        <w:spacing w:before="40" w:after="40"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F04B23"/>
          <w:sz w:val="22"/>
        </w:rPr>
        <w:t>AİLE VE TOPLUM KATILIMI</w:t>
      </w:r>
    </w:p>
    <w:p w14:paraId="40EA0D78" w14:textId="77777777" w:rsidR="00BC48F1" w:rsidRPr="00754082" w:rsidRDefault="00000000">
      <w:pPr>
        <w:keepNext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27B995"/>
          <w:sz w:val="22"/>
        </w:rPr>
        <w:t>Aile Katılımı:</w:t>
      </w:r>
    </w:p>
    <w:p w14:paraId="6E139BEB" w14:textId="35120BD3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015172B9" w14:textId="4A4E4D44" w:rsidR="00BC48F1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6E24427C" w14:textId="77777777" w:rsidR="0071156C" w:rsidRPr="00754082" w:rsidRDefault="0071156C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p w14:paraId="2CAAC959" w14:textId="77777777" w:rsidR="00BC48F1" w:rsidRPr="00754082" w:rsidRDefault="00000000">
      <w:pPr>
        <w:keepNext/>
        <w:spacing w:before="20"/>
        <w:rPr>
          <w:rFonts w:asciiTheme="minorHAnsi" w:hAnsiTheme="minorHAnsi"/>
        </w:rPr>
      </w:pPr>
      <w:r w:rsidRPr="00754082">
        <w:rPr>
          <w:rFonts w:asciiTheme="minorHAnsi" w:hAnsiTheme="minorHAnsi"/>
          <w:b/>
          <w:color w:val="27B995"/>
          <w:sz w:val="22"/>
        </w:rPr>
        <w:t>Toplum Katılımı:</w:t>
      </w:r>
    </w:p>
    <w:p w14:paraId="7311BA3D" w14:textId="5C62868A" w:rsidR="00BC48F1" w:rsidRPr="00754082" w:rsidRDefault="00BC48F1">
      <w:pPr>
        <w:tabs>
          <w:tab w:val="left" w:leader="hyphen" w:pos="9071"/>
        </w:tabs>
        <w:spacing w:after="20" w:line="220" w:lineRule="exact"/>
        <w:rPr>
          <w:rFonts w:asciiTheme="minorHAnsi" w:hAnsiTheme="minorHAnsi"/>
        </w:rPr>
      </w:pPr>
    </w:p>
    <w:sectPr w:rsidR="00BC48F1" w:rsidRPr="00754082" w:rsidSect="00034616">
      <w:footerReference w:type="default" r:id="rId9"/>
      <w:pgSz w:w="11906" w:h="16838"/>
      <w:pgMar w:top="709" w:right="1417" w:bottom="680" w:left="1134" w:header="72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9C0773" w14:textId="77777777" w:rsidR="004C426C" w:rsidRDefault="004C426C">
      <w:r>
        <w:separator/>
      </w:r>
    </w:p>
  </w:endnote>
  <w:endnote w:type="continuationSeparator" w:id="0">
    <w:p w14:paraId="6CF5CFDD" w14:textId="77777777" w:rsidR="004C426C" w:rsidRDefault="004C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FF88A" w14:textId="4C7B1F05" w:rsidR="00BC48F1" w:rsidRDefault="00BC48F1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8419DE" w14:textId="7EA63D75" w:rsidR="00BC48F1" w:rsidRDefault="00BC48F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85ACF7" w14:textId="77777777" w:rsidR="004C426C" w:rsidRDefault="004C426C">
      <w:r>
        <w:separator/>
      </w:r>
    </w:p>
  </w:footnote>
  <w:footnote w:type="continuationSeparator" w:id="0">
    <w:p w14:paraId="776DCBA5" w14:textId="77777777" w:rsidR="004C426C" w:rsidRDefault="004C4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1195886">
    <w:abstractNumId w:val="8"/>
  </w:num>
  <w:num w:numId="2" w16cid:durableId="377559039">
    <w:abstractNumId w:val="6"/>
  </w:num>
  <w:num w:numId="3" w16cid:durableId="460420508">
    <w:abstractNumId w:val="5"/>
  </w:num>
  <w:num w:numId="4" w16cid:durableId="1297763284">
    <w:abstractNumId w:val="4"/>
  </w:num>
  <w:num w:numId="5" w16cid:durableId="596668785">
    <w:abstractNumId w:val="7"/>
  </w:num>
  <w:num w:numId="6" w16cid:durableId="391120745">
    <w:abstractNumId w:val="3"/>
  </w:num>
  <w:num w:numId="7" w16cid:durableId="1341657550">
    <w:abstractNumId w:val="2"/>
  </w:num>
  <w:num w:numId="8" w16cid:durableId="299530960">
    <w:abstractNumId w:val="1"/>
  </w:num>
  <w:num w:numId="9" w16cid:durableId="11191032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ABA"/>
    <w:rsid w:val="0015074B"/>
    <w:rsid w:val="001A4DC4"/>
    <w:rsid w:val="001D1CAE"/>
    <w:rsid w:val="00256DA3"/>
    <w:rsid w:val="002618B4"/>
    <w:rsid w:val="0029639D"/>
    <w:rsid w:val="00326F90"/>
    <w:rsid w:val="0036217A"/>
    <w:rsid w:val="0038122E"/>
    <w:rsid w:val="004C426C"/>
    <w:rsid w:val="0071156C"/>
    <w:rsid w:val="00754082"/>
    <w:rsid w:val="009B7B50"/>
    <w:rsid w:val="009C6F94"/>
    <w:rsid w:val="00AA1D8D"/>
    <w:rsid w:val="00B4765C"/>
    <w:rsid w:val="00B47730"/>
    <w:rsid w:val="00BC48F1"/>
    <w:rsid w:val="00CB0664"/>
    <w:rsid w:val="00D25F24"/>
    <w:rsid w:val="00F200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88C0A8"/>
  <w14:defaultImageDpi w14:val="300"/>
  <w15:docId w15:val="{F55924E0-038D-714E-90E6-0790067D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 Narrow" w:eastAsia="Arial Narrow" w:hAnsi="Arial Narrow"/>
      <w:color w:val="000000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EK-6 Günlük Plan Düzenlenebilir Form</vt:lpstr>
      <vt:lpstr/>
    </vt:vector>
  </TitlesOfParts>
  <Manager/>
  <Company/>
  <LinksUpToDate>false</LinksUpToDate>
  <CharactersWithSpaces>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EK-6 Günlük Plan Düzenlenebilir Form</dc:title>
  <dc:subject>Düzenlenebilir günlük plan şablonu</dc:subject>
  <dc:creator>python-docx</dc:creator>
  <cp:keywords/>
  <dc:description>generated by python-docx</dc:description>
  <cp:lastModifiedBy>Hatice Busra Yilmaz Tam</cp:lastModifiedBy>
  <cp:revision>12</cp:revision>
  <dcterms:created xsi:type="dcterms:W3CDTF">2013-12-23T23:15:00Z</dcterms:created>
  <dcterms:modified xsi:type="dcterms:W3CDTF">2026-09-20T14:26:00Z</dcterms:modified>
  <cp:category/>
</cp:coreProperties>
</file>