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01C49E" w14:textId="5E30C946" w:rsidR="00FE2CDF" w:rsidRDefault="00000000">
      <w:pPr>
        <w:spacing w:after="360"/>
        <w:jc w:val="center"/>
      </w:pPr>
      <w:r>
        <w:rPr>
          <w:b/>
          <w:color w:val="F04B23"/>
          <w:sz w:val="26"/>
        </w:rPr>
        <w:t>AYLIK EĞİTİM PLANI</w:t>
      </w:r>
    </w:p>
    <w:p w14:paraId="68E0AC40" w14:textId="77777777" w:rsidR="00FE2CDF" w:rsidRDefault="00000000">
      <w:pPr>
        <w:spacing w:after="360"/>
      </w:pPr>
      <w:r>
        <w:rPr>
          <w:b/>
          <w:color w:val="F04B23"/>
        </w:rPr>
        <w:t>ALAN BECERİLERİ, ÖĞRENME ÇIKTILARI VE SÜREÇ BİLEŞENLERİ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81"/>
        <w:gridCol w:w="7257"/>
      </w:tblGrid>
      <w:tr w:rsidR="00FE2CDF" w14:paraId="1080E33E" w14:textId="77777777">
        <w:trPr>
          <w:trHeight w:val="765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0E3CFEB3" w14:textId="77777777" w:rsidR="00FE2CDF" w:rsidRDefault="00000000">
            <w:pPr>
              <w:jc w:val="right"/>
            </w:pPr>
            <w:r>
              <w:rPr>
                <w:b/>
                <w:color w:val="F04B23"/>
              </w:rPr>
              <w:t>EĞİLİMLER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5503DEA3" w14:textId="77777777" w:rsidR="00FE2CDF" w:rsidRDefault="00FE2CDF"/>
        </w:tc>
      </w:tr>
      <w:tr w:rsidR="00FE2CDF" w14:paraId="3C61C250" w14:textId="77777777">
        <w:trPr>
          <w:trHeight w:val="680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3B9A74B3" w14:textId="77777777" w:rsidR="00FE2CDF" w:rsidRDefault="00000000">
            <w:pPr>
              <w:jc w:val="right"/>
            </w:pPr>
            <w:r>
              <w:rPr>
                <w:b/>
                <w:color w:val="F04B23"/>
              </w:rPr>
              <w:t>PROGRAMLAR ARASI</w:t>
            </w:r>
            <w:r>
              <w:rPr>
                <w:b/>
                <w:color w:val="F04B23"/>
              </w:rPr>
              <w:br/>
              <w:t>BİLEŞENLER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2F7BD331" w14:textId="77777777" w:rsidR="00FE2CDF" w:rsidRDefault="00FE2CDF"/>
        </w:tc>
      </w:tr>
      <w:tr w:rsidR="00FE2CDF" w14:paraId="5DAD3A61" w14:textId="77777777">
        <w:trPr>
          <w:trHeight w:val="652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0D6843CB" w14:textId="77777777" w:rsidR="00FE2CDF" w:rsidRDefault="00000000">
            <w:pPr>
              <w:jc w:val="right"/>
            </w:pPr>
            <w:r>
              <w:rPr>
                <w:b/>
                <w:color w:val="27B995"/>
              </w:rPr>
              <w:t>SOSYAL- DUYGUSAL</w:t>
            </w:r>
            <w:r>
              <w:rPr>
                <w:b/>
                <w:color w:val="27B995"/>
              </w:rPr>
              <w:br/>
              <w:t>ÖĞRENME BECERİLERİ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73FD7638" w14:textId="77777777" w:rsidR="00FE2CDF" w:rsidRDefault="00FE2CDF"/>
        </w:tc>
      </w:tr>
      <w:tr w:rsidR="00FE2CDF" w14:paraId="0872C23D" w14:textId="77777777">
        <w:trPr>
          <w:trHeight w:val="765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59A574A0" w14:textId="77777777" w:rsidR="00FE2CDF" w:rsidRDefault="00000000">
            <w:pPr>
              <w:jc w:val="right"/>
            </w:pPr>
            <w:r>
              <w:rPr>
                <w:b/>
                <w:color w:val="27B995"/>
              </w:rPr>
              <w:t>DEĞERLER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3B7812B7" w14:textId="77777777" w:rsidR="00FE2CDF" w:rsidRDefault="00FE2CDF"/>
        </w:tc>
      </w:tr>
      <w:tr w:rsidR="00FE2CDF" w14:paraId="52B67715" w14:textId="77777777">
        <w:trPr>
          <w:trHeight w:val="1020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359243C6" w14:textId="77777777" w:rsidR="00FE2CDF" w:rsidRDefault="00000000">
            <w:pPr>
              <w:jc w:val="right"/>
            </w:pPr>
            <w:r>
              <w:rPr>
                <w:b/>
                <w:color w:val="27B995"/>
              </w:rPr>
              <w:t>OKURYAZARLIK</w:t>
            </w:r>
            <w:r>
              <w:rPr>
                <w:b/>
                <w:color w:val="27B995"/>
              </w:rPr>
              <w:br/>
              <w:t>BECERİLERİ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473EE3D0" w14:textId="77777777" w:rsidR="00FE2CDF" w:rsidRDefault="00FE2CDF"/>
        </w:tc>
      </w:tr>
      <w:tr w:rsidR="00FE2CDF" w14:paraId="77A8E336" w14:textId="77777777">
        <w:trPr>
          <w:trHeight w:val="765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3D033646" w14:textId="77777777" w:rsidR="00FE2CDF" w:rsidRDefault="00000000">
            <w:pPr>
              <w:jc w:val="right"/>
            </w:pPr>
            <w:r>
              <w:rPr>
                <w:b/>
                <w:color w:val="F04B23"/>
              </w:rPr>
              <w:t>KAVRAMLAR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3F45E682" w14:textId="77777777" w:rsidR="00FE2CDF" w:rsidRDefault="00FE2CDF"/>
        </w:tc>
      </w:tr>
      <w:tr w:rsidR="00FE2CDF" w14:paraId="177A9357" w14:textId="77777777">
        <w:trPr>
          <w:trHeight w:val="1020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25219497" w14:textId="77777777" w:rsidR="00FE2CDF" w:rsidRDefault="00000000">
            <w:pPr>
              <w:jc w:val="right"/>
            </w:pPr>
            <w:r>
              <w:rPr>
                <w:b/>
                <w:color w:val="F04B23"/>
              </w:rPr>
              <w:t>BELİRLİ GÜN VE</w:t>
            </w:r>
            <w:r>
              <w:rPr>
                <w:b/>
                <w:color w:val="F04B23"/>
              </w:rPr>
              <w:br/>
              <w:t>HAFTALAR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144E3601" w14:textId="77777777" w:rsidR="00FE2CDF" w:rsidRDefault="00FE2CDF"/>
        </w:tc>
      </w:tr>
      <w:tr w:rsidR="00FE2CDF" w14:paraId="0DCD8538" w14:textId="77777777">
        <w:trPr>
          <w:trHeight w:val="680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54733550" w14:textId="77777777" w:rsidR="00FE2CDF" w:rsidRDefault="00000000">
            <w:pPr>
              <w:jc w:val="right"/>
            </w:pPr>
            <w:r>
              <w:rPr>
                <w:b/>
                <w:color w:val="F04B23"/>
              </w:rPr>
              <w:t>ÖĞRENME-ÖĞRETME</w:t>
            </w:r>
            <w:r>
              <w:rPr>
                <w:b/>
                <w:color w:val="F04B23"/>
              </w:rPr>
              <w:br/>
              <w:t>YAŞANTILARI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62D12D8E" w14:textId="77777777" w:rsidR="00FE2CDF" w:rsidRDefault="00FE2CDF"/>
        </w:tc>
      </w:tr>
      <w:tr w:rsidR="00FE2CDF" w14:paraId="0199E4EE" w14:textId="77777777">
        <w:trPr>
          <w:trHeight w:val="1020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207C66A6" w14:textId="77777777" w:rsidR="00FE2CDF" w:rsidRDefault="00000000">
            <w:pPr>
              <w:jc w:val="right"/>
            </w:pPr>
            <w:r>
              <w:rPr>
                <w:b/>
                <w:color w:val="27B995"/>
              </w:rPr>
              <w:t>Öğrenme-Öğretme</w:t>
            </w:r>
            <w:r>
              <w:rPr>
                <w:b/>
                <w:color w:val="27B995"/>
              </w:rPr>
              <w:br/>
              <w:t>Uygulamaları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5F7AB5B6" w14:textId="77777777" w:rsidR="00FE2CDF" w:rsidRDefault="00FE2CDF"/>
        </w:tc>
      </w:tr>
      <w:tr w:rsidR="00FE2CDF" w14:paraId="2AA9AEA3" w14:textId="77777777">
        <w:trPr>
          <w:trHeight w:val="397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07F041D3" w14:textId="77777777" w:rsidR="00FE2CDF" w:rsidRDefault="00000000">
            <w:pPr>
              <w:jc w:val="right"/>
            </w:pPr>
            <w:r>
              <w:rPr>
                <w:b/>
                <w:color w:val="F04B23"/>
              </w:rPr>
              <w:t>FARKLILAŞTIRMA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2719FA72" w14:textId="77777777" w:rsidR="00FE2CDF" w:rsidRDefault="00FE2CDF"/>
        </w:tc>
      </w:tr>
      <w:tr w:rsidR="00FE2CDF" w14:paraId="2B77EF85" w14:textId="77777777">
        <w:trPr>
          <w:trHeight w:val="765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4A9D5C6C" w14:textId="77777777" w:rsidR="00FE2CDF" w:rsidRDefault="00000000">
            <w:pPr>
              <w:jc w:val="right"/>
            </w:pPr>
            <w:r>
              <w:rPr>
                <w:b/>
                <w:color w:val="27B995"/>
              </w:rPr>
              <w:t>Zenginleştirme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11EF7C15" w14:textId="77777777" w:rsidR="00FE2CDF" w:rsidRDefault="00FE2CDF"/>
        </w:tc>
      </w:tr>
      <w:tr w:rsidR="00FE2CDF" w14:paraId="3E325950" w14:textId="77777777">
        <w:trPr>
          <w:trHeight w:val="765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332C9C81" w14:textId="77777777" w:rsidR="00FE2CDF" w:rsidRDefault="00000000">
            <w:pPr>
              <w:jc w:val="right"/>
            </w:pPr>
            <w:r>
              <w:rPr>
                <w:b/>
                <w:color w:val="27B995"/>
              </w:rPr>
              <w:t>Destekleme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517CDCE0" w14:textId="77777777" w:rsidR="00FE2CDF" w:rsidRDefault="00FE2CDF"/>
        </w:tc>
      </w:tr>
      <w:tr w:rsidR="00FE2CDF" w14:paraId="33F9AD5A" w14:textId="77777777">
        <w:trPr>
          <w:trHeight w:val="1020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2C992708" w14:textId="77777777" w:rsidR="00FE2CDF" w:rsidRDefault="00000000">
            <w:pPr>
              <w:jc w:val="right"/>
            </w:pPr>
            <w:r>
              <w:rPr>
                <w:b/>
                <w:color w:val="F04B23"/>
              </w:rPr>
              <w:t>AİLE VE TOPLUM</w:t>
            </w:r>
            <w:r>
              <w:rPr>
                <w:b/>
                <w:color w:val="F04B23"/>
              </w:rPr>
              <w:br/>
              <w:t>KATILIMI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0A7B3700" w14:textId="77777777" w:rsidR="00FE2CDF" w:rsidRDefault="00FE2CDF"/>
        </w:tc>
      </w:tr>
      <w:tr w:rsidR="00FE2CDF" w14:paraId="3F7240F1" w14:textId="77777777">
        <w:trPr>
          <w:trHeight w:val="680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0C7C31EF" w14:textId="77777777" w:rsidR="00FE2CDF" w:rsidRDefault="00000000">
            <w:pPr>
              <w:jc w:val="right"/>
            </w:pPr>
            <w:r>
              <w:rPr>
                <w:b/>
                <w:color w:val="F04B23"/>
              </w:rPr>
              <w:t>ÖĞRENME KANITLARI</w:t>
            </w:r>
            <w:r>
              <w:rPr>
                <w:b/>
                <w:color w:val="F04B23"/>
              </w:rPr>
              <w:br/>
              <w:t>(DEĞERLENDİRME)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1394684E" w14:textId="77777777" w:rsidR="00FE2CDF" w:rsidRDefault="00FE2CDF"/>
        </w:tc>
      </w:tr>
      <w:tr w:rsidR="00FE2CDF" w14:paraId="4422EFD8" w14:textId="77777777">
        <w:trPr>
          <w:trHeight w:val="369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1D3237C4" w14:textId="77777777" w:rsidR="00FE2CDF" w:rsidRDefault="00000000">
            <w:pPr>
              <w:jc w:val="right"/>
            </w:pPr>
            <w:r>
              <w:rPr>
                <w:b/>
                <w:color w:val="222222"/>
              </w:rPr>
              <w:t>Çocuk Açısından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2A92285B" w14:textId="77777777" w:rsidR="00FE2CDF" w:rsidRDefault="00FE2CDF"/>
        </w:tc>
      </w:tr>
      <w:tr w:rsidR="00FE2CDF" w14:paraId="397DFB1E" w14:textId="77777777">
        <w:trPr>
          <w:trHeight w:val="369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0B580192" w14:textId="77777777" w:rsidR="00FE2CDF" w:rsidRDefault="00000000">
            <w:pPr>
              <w:jc w:val="right"/>
            </w:pPr>
            <w:r>
              <w:rPr>
                <w:b/>
                <w:color w:val="222222"/>
              </w:rPr>
              <w:t>Program Açısından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4A40F82F" w14:textId="77777777" w:rsidR="00FE2CDF" w:rsidRDefault="00FE2CDF"/>
        </w:tc>
      </w:tr>
      <w:tr w:rsidR="00FE2CDF" w14:paraId="00F0774F" w14:textId="77777777">
        <w:trPr>
          <w:trHeight w:val="737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311771C9" w14:textId="77777777" w:rsidR="00FE2CDF" w:rsidRDefault="00000000">
            <w:pPr>
              <w:jc w:val="right"/>
            </w:pPr>
            <w:r>
              <w:rPr>
                <w:b/>
                <w:color w:val="222222"/>
              </w:rPr>
              <w:t>Öğretmen Açısından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6B74F539" w14:textId="77777777" w:rsidR="00FE2CDF" w:rsidRDefault="00FE2CDF"/>
        </w:tc>
      </w:tr>
      <w:tr w:rsidR="00FE2CDF" w14:paraId="7A3EE2E3" w14:textId="77777777">
        <w:trPr>
          <w:trHeight w:val="624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241DBEE2" w14:textId="77777777" w:rsidR="00FE2CDF" w:rsidRDefault="00000000">
            <w:pPr>
              <w:jc w:val="right"/>
            </w:pPr>
            <w:r>
              <w:rPr>
                <w:b/>
                <w:color w:val="F04B23"/>
              </w:rPr>
              <w:t>ÖĞRETMEN</w:t>
            </w:r>
            <w:r>
              <w:rPr>
                <w:b/>
                <w:color w:val="F04B23"/>
              </w:rPr>
              <w:br/>
              <w:t>YANSITMALARI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2430ABE3" w14:textId="77777777" w:rsidR="00FE2CDF" w:rsidRDefault="00FE2CDF"/>
        </w:tc>
      </w:tr>
    </w:tbl>
    <w:p w14:paraId="59932898" w14:textId="77777777" w:rsidR="009342D2" w:rsidRDefault="009342D2"/>
    <w:sectPr w:rsidR="009342D2" w:rsidSect="00034616">
      <w:pgSz w:w="11906" w:h="16838"/>
      <w:pgMar w:top="1134" w:right="1134" w:bottom="737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F699BBD" w14:textId="77777777" w:rsidR="009342D2" w:rsidRDefault="009342D2">
      <w:r>
        <w:separator/>
      </w:r>
    </w:p>
  </w:endnote>
  <w:endnote w:type="continuationSeparator" w:id="0">
    <w:p w14:paraId="1D5B1F23" w14:textId="77777777" w:rsidR="009342D2" w:rsidRDefault="009342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AE696A" w14:textId="77777777" w:rsidR="009342D2" w:rsidRDefault="009342D2">
      <w:r>
        <w:separator/>
      </w:r>
    </w:p>
  </w:footnote>
  <w:footnote w:type="continuationSeparator" w:id="0">
    <w:p w14:paraId="5318EE51" w14:textId="77777777" w:rsidR="009342D2" w:rsidRDefault="009342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56135366">
    <w:abstractNumId w:val="8"/>
  </w:num>
  <w:num w:numId="2" w16cid:durableId="2115663145">
    <w:abstractNumId w:val="6"/>
  </w:num>
  <w:num w:numId="3" w16cid:durableId="345013128">
    <w:abstractNumId w:val="5"/>
  </w:num>
  <w:num w:numId="4" w16cid:durableId="856575851">
    <w:abstractNumId w:val="4"/>
  </w:num>
  <w:num w:numId="5" w16cid:durableId="1126267359">
    <w:abstractNumId w:val="7"/>
  </w:num>
  <w:num w:numId="6" w16cid:durableId="641160893">
    <w:abstractNumId w:val="3"/>
  </w:num>
  <w:num w:numId="7" w16cid:durableId="1813864037">
    <w:abstractNumId w:val="2"/>
  </w:num>
  <w:num w:numId="8" w16cid:durableId="123693814">
    <w:abstractNumId w:val="1"/>
  </w:num>
  <w:num w:numId="9" w16cid:durableId="13549376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54A68"/>
    <w:rsid w:val="009342D2"/>
    <w:rsid w:val="00AA1D8D"/>
    <w:rsid w:val="00B47730"/>
    <w:rsid w:val="00CB0664"/>
    <w:rsid w:val="00F200B6"/>
    <w:rsid w:val="00FC693F"/>
    <w:rsid w:val="00FE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418F37"/>
  <w14:defaultImageDpi w14:val="300"/>
  <w15:docId w15:val="{F55924E0-038D-714E-90E6-0790067D2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 Narrow" w:hAnsi="Arial Narrow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EK-5 Aylık Eğitim Planı</dc:title>
  <dc:subject/>
  <dc:creator>python-docx</dc:creator>
  <cp:keywords/>
  <dc:description>generated by python-docx</dc:description>
  <cp:lastModifiedBy>Hatice Busra Yilmaz Tam</cp:lastModifiedBy>
  <cp:revision>2</cp:revision>
  <dcterms:created xsi:type="dcterms:W3CDTF">2013-12-23T23:15:00Z</dcterms:created>
  <dcterms:modified xsi:type="dcterms:W3CDTF">2026-09-20T14:32:00Z</dcterms:modified>
  <cp:category/>
</cp:coreProperties>
</file>