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9F678F" w14:textId="04035FA7" w:rsidR="009C2F2F" w:rsidRDefault="00000000">
      <w:pPr>
        <w:spacing w:after="800"/>
        <w:jc w:val="center"/>
      </w:pPr>
      <w:r>
        <w:rPr>
          <w:b/>
          <w:color w:val="F04B23"/>
          <w:sz w:val="26"/>
        </w:rPr>
        <w:t>ANEKDOT KAYIT FORMU</w:t>
      </w:r>
    </w:p>
    <w:p w14:paraId="2B5495A5" w14:textId="77777777" w:rsidR="009C2F2F" w:rsidRDefault="00000000" w:rsidP="00975051">
      <w:pPr>
        <w:spacing w:after="600" w:line="324" w:lineRule="auto"/>
        <w:ind w:left="283"/>
        <w:jc w:val="both"/>
      </w:pPr>
      <w:r>
        <w:t>Günlük plan kapsamında gerçekleştirilen etkinliklerin ardından yapılan gözlemler doğrultusunda günlük veya haftalık olarak ya da özel bir durumun ortaya çıkması hâlinde anekdot kaydı tutulması beklenmektedir. Bu form, çocuğa ilişkin olumlu veya olumsuz nitelikte dikkat çekici bir durum gözlemlendiğinde öğretmen tarafından gerektiği zaman doldurulabilir.</w:t>
      </w:r>
    </w:p>
    <w:tbl>
      <w:tblPr>
        <w:tblW w:w="0" w:type="auto"/>
        <w:tblLayout w:type="fixed"/>
        <w:tblLook w:val="04A0" w:firstRow="1" w:lastRow="0" w:firstColumn="1" w:lastColumn="0" w:noHBand="0" w:noVBand="1"/>
      </w:tblPr>
      <w:tblGrid>
        <w:gridCol w:w="2154"/>
        <w:gridCol w:w="6776"/>
      </w:tblGrid>
      <w:tr w:rsidR="009C2F2F" w14:paraId="2C0AAAAC" w14:textId="77777777">
        <w:trPr>
          <w:trHeight w:val="554"/>
        </w:trPr>
        <w:tc>
          <w:tcPr>
            <w:tcW w:w="2154" w:type="dxa"/>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vAlign w:val="center"/>
          </w:tcPr>
          <w:p w14:paraId="66FD935C" w14:textId="77777777" w:rsidR="009C2F2F" w:rsidRDefault="00000000">
            <w:r>
              <w:t>Çocuğun Adı Soyadı</w:t>
            </w:r>
          </w:p>
        </w:tc>
        <w:tc>
          <w:tcPr>
            <w:tcW w:w="6775" w:type="dxa"/>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vAlign w:val="center"/>
          </w:tcPr>
          <w:p w14:paraId="290B2802" w14:textId="77777777" w:rsidR="009C2F2F" w:rsidRDefault="009C2F2F"/>
        </w:tc>
      </w:tr>
      <w:tr w:rsidR="009C2F2F" w14:paraId="0CC6A1E4" w14:textId="77777777">
        <w:trPr>
          <w:trHeight w:val="554"/>
        </w:trPr>
        <w:tc>
          <w:tcPr>
            <w:tcW w:w="2154" w:type="dxa"/>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vAlign w:val="center"/>
          </w:tcPr>
          <w:p w14:paraId="30424913" w14:textId="77777777" w:rsidR="009C2F2F" w:rsidRDefault="00000000">
            <w:r>
              <w:t>Tarih</w:t>
            </w:r>
          </w:p>
        </w:tc>
        <w:tc>
          <w:tcPr>
            <w:tcW w:w="6775" w:type="dxa"/>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vAlign w:val="center"/>
          </w:tcPr>
          <w:p w14:paraId="79FA2767" w14:textId="77777777" w:rsidR="009C2F2F" w:rsidRDefault="009C2F2F"/>
        </w:tc>
      </w:tr>
      <w:tr w:rsidR="009C2F2F" w14:paraId="63D1DC5F" w14:textId="77777777">
        <w:trPr>
          <w:trHeight w:val="554"/>
        </w:trPr>
        <w:tc>
          <w:tcPr>
            <w:tcW w:w="2154" w:type="dxa"/>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vAlign w:val="center"/>
          </w:tcPr>
          <w:p w14:paraId="3B3D6AE4" w14:textId="77777777" w:rsidR="009C2F2F" w:rsidRDefault="00000000">
            <w:r>
              <w:t>Gözlenen Mekân</w:t>
            </w:r>
          </w:p>
        </w:tc>
        <w:tc>
          <w:tcPr>
            <w:tcW w:w="6775" w:type="dxa"/>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vAlign w:val="center"/>
          </w:tcPr>
          <w:p w14:paraId="3E3A761C" w14:textId="77777777" w:rsidR="009C2F2F" w:rsidRDefault="009C2F2F"/>
        </w:tc>
      </w:tr>
      <w:tr w:rsidR="009C2F2F" w14:paraId="70973820" w14:textId="77777777">
        <w:trPr>
          <w:trHeight w:val="819"/>
        </w:trPr>
        <w:tc>
          <w:tcPr>
            <w:tcW w:w="8930" w:type="dxa"/>
            <w:gridSpan w:val="2"/>
            <w:tcBorders>
              <w:top w:val="single" w:sz="5" w:space="0" w:color="C7C7C7"/>
              <w:left w:val="single" w:sz="5" w:space="0" w:color="C7C7C7"/>
              <w:bottom w:val="single" w:sz="5" w:space="0" w:color="C7C7C7"/>
              <w:right w:val="single" w:sz="5" w:space="0" w:color="C7C7C7"/>
            </w:tcBorders>
            <w:shd w:val="clear" w:color="auto" w:fill="F3E3DD"/>
            <w:tcMar>
              <w:top w:w="70" w:type="dxa"/>
              <w:left w:w="70" w:type="dxa"/>
              <w:bottom w:w="70" w:type="dxa"/>
              <w:right w:w="70" w:type="dxa"/>
            </w:tcMar>
            <w:vAlign w:val="center"/>
          </w:tcPr>
          <w:p w14:paraId="05001E4E" w14:textId="77777777" w:rsidR="009C2F2F" w:rsidRDefault="00000000">
            <w:r>
              <w:t>Gözlenen Durum</w:t>
            </w:r>
            <w:r>
              <w:br/>
              <w:t>(Bu formu doldurmanıza neden olan durumu açıklamanız beklenmektedir.)</w:t>
            </w:r>
          </w:p>
        </w:tc>
      </w:tr>
      <w:tr w:rsidR="009C2F2F" w14:paraId="676272FD" w14:textId="77777777">
        <w:trPr>
          <w:trHeight w:val="1542"/>
        </w:trPr>
        <w:tc>
          <w:tcPr>
            <w:tcW w:w="8930" w:type="dxa"/>
            <w:gridSpan w:val="2"/>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tcPr>
          <w:p w14:paraId="745120C1" w14:textId="77777777" w:rsidR="009C2F2F" w:rsidRDefault="009C2F2F"/>
        </w:tc>
      </w:tr>
      <w:tr w:rsidR="009C2F2F" w14:paraId="7046964C" w14:textId="77777777">
        <w:trPr>
          <w:trHeight w:val="819"/>
        </w:trPr>
        <w:tc>
          <w:tcPr>
            <w:tcW w:w="8930" w:type="dxa"/>
            <w:gridSpan w:val="2"/>
            <w:tcBorders>
              <w:top w:val="single" w:sz="5" w:space="0" w:color="C7C7C7"/>
              <w:left w:val="single" w:sz="5" w:space="0" w:color="C7C7C7"/>
              <w:bottom w:val="single" w:sz="5" w:space="0" w:color="C7C7C7"/>
              <w:right w:val="single" w:sz="5" w:space="0" w:color="C7C7C7"/>
            </w:tcBorders>
            <w:shd w:val="clear" w:color="auto" w:fill="F3E3DD"/>
            <w:tcMar>
              <w:top w:w="70" w:type="dxa"/>
              <w:left w:w="70" w:type="dxa"/>
              <w:bottom w:w="70" w:type="dxa"/>
              <w:right w:w="70" w:type="dxa"/>
            </w:tcMar>
            <w:vAlign w:val="center"/>
          </w:tcPr>
          <w:p w14:paraId="46E23CE2" w14:textId="77777777" w:rsidR="009C2F2F" w:rsidRDefault="00000000">
            <w:r>
              <w:t>Gözlenen Beceriler</w:t>
            </w:r>
          </w:p>
        </w:tc>
      </w:tr>
      <w:tr w:rsidR="009C2F2F" w14:paraId="3BCD6962" w14:textId="77777777">
        <w:trPr>
          <w:trHeight w:val="1542"/>
        </w:trPr>
        <w:tc>
          <w:tcPr>
            <w:tcW w:w="8930" w:type="dxa"/>
            <w:gridSpan w:val="2"/>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tcPr>
          <w:p w14:paraId="5F00C689" w14:textId="77777777" w:rsidR="009C2F2F" w:rsidRDefault="009C2F2F"/>
        </w:tc>
      </w:tr>
      <w:tr w:rsidR="009C2F2F" w14:paraId="7DD084BE" w14:textId="77777777">
        <w:trPr>
          <w:trHeight w:val="819"/>
        </w:trPr>
        <w:tc>
          <w:tcPr>
            <w:tcW w:w="8930" w:type="dxa"/>
            <w:gridSpan w:val="2"/>
            <w:tcBorders>
              <w:top w:val="single" w:sz="5" w:space="0" w:color="C7C7C7"/>
              <w:left w:val="single" w:sz="5" w:space="0" w:color="C7C7C7"/>
              <w:bottom w:val="single" w:sz="5" w:space="0" w:color="C7C7C7"/>
              <w:right w:val="single" w:sz="5" w:space="0" w:color="C7C7C7"/>
            </w:tcBorders>
            <w:shd w:val="clear" w:color="auto" w:fill="F3E3DD"/>
            <w:tcMar>
              <w:top w:w="70" w:type="dxa"/>
              <w:left w:w="70" w:type="dxa"/>
              <w:bottom w:w="70" w:type="dxa"/>
              <w:right w:w="70" w:type="dxa"/>
            </w:tcMar>
            <w:vAlign w:val="center"/>
          </w:tcPr>
          <w:p w14:paraId="5250B8DB" w14:textId="77777777" w:rsidR="009C2F2F" w:rsidRDefault="00000000">
            <w:r>
              <w:t>Gözlemcinin Genel Değerlendirmesi</w:t>
            </w:r>
          </w:p>
        </w:tc>
      </w:tr>
      <w:tr w:rsidR="009C2F2F" w14:paraId="579B77FE" w14:textId="77777777">
        <w:trPr>
          <w:trHeight w:val="2072"/>
        </w:trPr>
        <w:tc>
          <w:tcPr>
            <w:tcW w:w="8930" w:type="dxa"/>
            <w:gridSpan w:val="2"/>
            <w:tcBorders>
              <w:top w:val="single" w:sz="5" w:space="0" w:color="C7C7C7"/>
              <w:left w:val="single" w:sz="5" w:space="0" w:color="C7C7C7"/>
              <w:bottom w:val="single" w:sz="5" w:space="0" w:color="C7C7C7"/>
              <w:right w:val="single" w:sz="5" w:space="0" w:color="C7C7C7"/>
            </w:tcBorders>
            <w:tcMar>
              <w:top w:w="70" w:type="dxa"/>
              <w:left w:w="70" w:type="dxa"/>
              <w:bottom w:w="70" w:type="dxa"/>
              <w:right w:w="70" w:type="dxa"/>
            </w:tcMar>
          </w:tcPr>
          <w:p w14:paraId="43816F66" w14:textId="77777777" w:rsidR="009C2F2F" w:rsidRDefault="009C2F2F"/>
        </w:tc>
      </w:tr>
    </w:tbl>
    <w:p w14:paraId="0257203F" w14:textId="77777777" w:rsidR="006154DF" w:rsidRDefault="006154DF"/>
    <w:sectPr w:rsidR="006154DF" w:rsidSect="00034616">
      <w:pgSz w:w="11906" w:h="16838"/>
      <w:pgMar w:top="1134" w:right="1644" w:bottom="1134" w:left="1332"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8402ED" w14:textId="77777777" w:rsidR="006154DF" w:rsidRDefault="006154DF">
      <w:pPr>
        <w:spacing w:line="240" w:lineRule="auto"/>
      </w:pPr>
      <w:r>
        <w:separator/>
      </w:r>
    </w:p>
  </w:endnote>
  <w:endnote w:type="continuationSeparator" w:id="0">
    <w:p w14:paraId="46118871" w14:textId="77777777" w:rsidR="006154DF" w:rsidRDefault="006154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1EEB8F" w14:textId="77777777" w:rsidR="006154DF" w:rsidRDefault="006154DF">
      <w:pPr>
        <w:spacing w:line="240" w:lineRule="auto"/>
      </w:pPr>
      <w:r>
        <w:separator/>
      </w:r>
    </w:p>
  </w:footnote>
  <w:footnote w:type="continuationSeparator" w:id="0">
    <w:p w14:paraId="0BCC94A6" w14:textId="77777777" w:rsidR="006154DF" w:rsidRDefault="006154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6569324">
    <w:abstractNumId w:val="8"/>
  </w:num>
  <w:num w:numId="2" w16cid:durableId="1988822900">
    <w:abstractNumId w:val="6"/>
  </w:num>
  <w:num w:numId="3" w16cid:durableId="1253507815">
    <w:abstractNumId w:val="5"/>
  </w:num>
  <w:num w:numId="4" w16cid:durableId="447547735">
    <w:abstractNumId w:val="4"/>
  </w:num>
  <w:num w:numId="5" w16cid:durableId="1475759239">
    <w:abstractNumId w:val="7"/>
  </w:num>
  <w:num w:numId="6" w16cid:durableId="1835292486">
    <w:abstractNumId w:val="3"/>
  </w:num>
  <w:num w:numId="7" w16cid:durableId="288166382">
    <w:abstractNumId w:val="2"/>
  </w:num>
  <w:num w:numId="8" w16cid:durableId="1200699292">
    <w:abstractNumId w:val="1"/>
  </w:num>
  <w:num w:numId="9" w16cid:durableId="2367906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54DF"/>
    <w:rsid w:val="00975051"/>
    <w:rsid w:val="009C2F2F"/>
    <w:rsid w:val="00AA1D8D"/>
    <w:rsid w:val="00B47730"/>
    <w:rsid w:val="00CB0664"/>
    <w:rsid w:val="00F200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FF5D43"/>
  <w14:defaultImageDpi w14:val="300"/>
  <w15:docId w15:val="{F55924E0-038D-714E-90E6-0790067D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Words>
  <Characters>485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EK-2 Anekdot Kayıt Formu</dc:title>
  <dc:subject/>
  <dc:creator>python-docx</dc:creator>
  <cp:keywords/>
  <dc:description>generated by python-docx</dc:description>
  <cp:lastModifiedBy>Hatice Busra Yilmaz Tam</cp:lastModifiedBy>
  <cp:revision>2</cp:revision>
  <dcterms:created xsi:type="dcterms:W3CDTF">2013-12-23T23:15:00Z</dcterms:created>
  <dcterms:modified xsi:type="dcterms:W3CDTF">2026-09-20T13:38:00Z</dcterms:modified>
  <cp:category/>
</cp:coreProperties>
</file>